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A1D" w:rsidRDefault="00DC1069">
      <w:pPr>
        <w:spacing w:after="240"/>
        <w:jc w:val="center"/>
      </w:pPr>
      <w:r>
        <w:rPr>
          <w:b/>
          <w:sz w:val="22"/>
        </w:rPr>
        <w:t>T.C.</w:t>
      </w:r>
      <w:r>
        <w:rPr>
          <w:b/>
          <w:sz w:val="22"/>
        </w:rPr>
        <w:br/>
        <w:t>KAHRAMANMARAŞ SÜTÇÜ İMAM ÜNİVERSİTESİ</w:t>
      </w:r>
      <w:r>
        <w:rPr>
          <w:b/>
          <w:sz w:val="22"/>
        </w:rPr>
        <w:br/>
        <w:t>TEKNİK BİLİMLER MESLEK YÜKSEKOKULU / ELEKTRİK VE ENERJİ BÖLÜMÜ</w:t>
      </w:r>
      <w:r>
        <w:rPr>
          <w:b/>
          <w:sz w:val="22"/>
        </w:rPr>
        <w:br/>
        <w:t>DOĞALGAZ VE TESİSAT</w:t>
      </w:r>
      <w:r w:rsidR="00A52EDF">
        <w:rPr>
          <w:b/>
          <w:sz w:val="22"/>
        </w:rPr>
        <w:t>I TEKNOLOJİSİ PROGRAMI</w:t>
      </w:r>
      <w:r w:rsidR="00A52EDF">
        <w:rPr>
          <w:b/>
          <w:sz w:val="22"/>
        </w:rPr>
        <w:br/>
        <w:t>ÖĞRENCİ STAJ</w:t>
      </w:r>
      <w:r>
        <w:rPr>
          <w:b/>
          <w:sz w:val="22"/>
        </w:rPr>
        <w:t xml:space="preserve"> SONU DEĞERLENDİRME VE GERİ BİLDİRİM FORMU</w:t>
      </w:r>
    </w:p>
    <w:p w:rsidR="00A52EDF" w:rsidRDefault="00DC1069" w:rsidP="00204358">
      <w:pPr>
        <w:spacing w:after="0" w:line="240" w:lineRule="auto"/>
        <w:rPr>
          <w:b/>
        </w:rPr>
      </w:pPr>
      <w:r>
        <w:rPr>
          <w:b/>
        </w:rPr>
        <w:t xml:space="preserve">• Öğrencinin Adı Soyadı: </w:t>
      </w:r>
      <w:r>
        <w:t>............................................................</w:t>
      </w:r>
      <w:r>
        <w:br/>
      </w:r>
      <w:r>
        <w:rPr>
          <w:b/>
        </w:rPr>
        <w:t xml:space="preserve">• Öğrenci Numarası: </w:t>
      </w:r>
      <w:r>
        <w:t>............................................................</w:t>
      </w:r>
      <w:r>
        <w:br/>
      </w:r>
      <w:r>
        <w:rPr>
          <w:b/>
        </w:rPr>
        <w:t xml:space="preserve">• </w:t>
      </w:r>
      <w:proofErr w:type="spellStart"/>
      <w:r>
        <w:rPr>
          <w:b/>
        </w:rPr>
        <w:t>Eğitim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Yapılan</w:t>
      </w:r>
      <w:proofErr w:type="spellEnd"/>
      <w:r>
        <w:rPr>
          <w:b/>
        </w:rPr>
        <w:t xml:space="preserve"> Firma </w:t>
      </w:r>
      <w:proofErr w:type="spellStart"/>
      <w:r>
        <w:rPr>
          <w:b/>
        </w:rPr>
        <w:t>Adı</w:t>
      </w:r>
      <w:proofErr w:type="spellEnd"/>
      <w:r>
        <w:rPr>
          <w:b/>
        </w:rPr>
        <w:t xml:space="preserve">: </w:t>
      </w:r>
    </w:p>
    <w:p w:rsidR="00224A1D" w:rsidRDefault="00DC1069">
      <w:pPr>
        <w:spacing w:after="200"/>
      </w:pPr>
      <w:r>
        <w:rPr>
          <w:b/>
        </w:rPr>
        <w:t xml:space="preserve">• </w:t>
      </w:r>
      <w:proofErr w:type="spellStart"/>
      <w:r>
        <w:rPr>
          <w:b/>
        </w:rPr>
        <w:t>Eğitim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Dönemi</w:t>
      </w:r>
      <w:proofErr w:type="spellEnd"/>
      <w:r>
        <w:rPr>
          <w:b/>
        </w:rPr>
        <w:t xml:space="preserve">: </w:t>
      </w:r>
      <w:r>
        <w:t>202... / 202...  Güz [  ]   Bahar [  ]   Yaz Stajı [  ]</w:t>
      </w:r>
    </w:p>
    <w:p w:rsidR="00224A1D" w:rsidRDefault="00DC1069">
      <w:pPr>
        <w:spacing w:after="160"/>
        <w:jc w:val="both"/>
      </w:pPr>
      <w:r>
        <w:t>Açıklama: Bu form, yüksekokulumuzda aldığınız teorik ve pratik eğitimin sahadaki karşılığını ölçmek ve müfredatımızı sürekli iyileştirmek amacıyla hazırlanmıştır. Lütfen durumunuza en uygun seçeneği (X) ile işaretleyiniz.</w:t>
      </w:r>
    </w:p>
    <w:tbl>
      <w:tblPr>
        <w:tblStyle w:val="TabloKlavuzu"/>
        <w:tblW w:w="10388" w:type="dxa"/>
        <w:tblLook w:val="04A0" w:firstRow="1" w:lastRow="0" w:firstColumn="1" w:lastColumn="0" w:noHBand="0" w:noVBand="1"/>
      </w:tblPr>
      <w:tblGrid>
        <w:gridCol w:w="1326"/>
        <w:gridCol w:w="1945"/>
        <w:gridCol w:w="1317"/>
        <w:gridCol w:w="1409"/>
        <w:gridCol w:w="1401"/>
        <w:gridCol w:w="1495"/>
        <w:gridCol w:w="1495"/>
      </w:tblGrid>
      <w:tr w:rsidR="00224A1D" w:rsidTr="004B0F45">
        <w:tc>
          <w:tcPr>
            <w:tcW w:w="1326" w:type="dxa"/>
            <w:shd w:val="clear" w:color="auto" w:fill="F2F2F2"/>
          </w:tcPr>
          <w:p w:rsidR="00224A1D" w:rsidRDefault="00DC1069" w:rsidP="004B0F45">
            <w:pPr>
              <w:jc w:val="center"/>
            </w:pPr>
            <w:r>
              <w:rPr>
                <w:b/>
              </w:rPr>
              <w:t>No</w:t>
            </w:r>
          </w:p>
        </w:tc>
        <w:tc>
          <w:tcPr>
            <w:tcW w:w="1945" w:type="dxa"/>
            <w:shd w:val="clear" w:color="auto" w:fill="F2F2F2"/>
          </w:tcPr>
          <w:p w:rsidR="00224A1D" w:rsidRDefault="00DC1069" w:rsidP="004B0F45">
            <w:pPr>
              <w:jc w:val="center"/>
            </w:pPr>
            <w:r>
              <w:rPr>
                <w:b/>
              </w:rPr>
              <w:t>Değerlendirme Maddeleri</w:t>
            </w:r>
          </w:p>
        </w:tc>
        <w:tc>
          <w:tcPr>
            <w:tcW w:w="1317" w:type="dxa"/>
            <w:shd w:val="clear" w:color="auto" w:fill="F2F2F2"/>
          </w:tcPr>
          <w:p w:rsidR="00224A1D" w:rsidRDefault="00DC1069" w:rsidP="004B0F45">
            <w:pPr>
              <w:jc w:val="center"/>
            </w:pPr>
            <w:r>
              <w:rPr>
                <w:b/>
              </w:rPr>
              <w:t>Kesinlikle</w:t>
            </w:r>
            <w:r>
              <w:rPr>
                <w:b/>
              </w:rPr>
              <w:br/>
              <w:t>Katılıyorum</w:t>
            </w:r>
          </w:p>
        </w:tc>
        <w:tc>
          <w:tcPr>
            <w:tcW w:w="1409" w:type="dxa"/>
            <w:shd w:val="clear" w:color="auto" w:fill="F2F2F2"/>
          </w:tcPr>
          <w:p w:rsidR="00224A1D" w:rsidRDefault="00DC1069" w:rsidP="004B0F45">
            <w:pPr>
              <w:jc w:val="center"/>
            </w:pPr>
            <w:r>
              <w:rPr>
                <w:b/>
              </w:rPr>
              <w:t>Katılıyorum</w:t>
            </w:r>
          </w:p>
        </w:tc>
        <w:tc>
          <w:tcPr>
            <w:tcW w:w="1401" w:type="dxa"/>
            <w:shd w:val="clear" w:color="auto" w:fill="F2F2F2"/>
          </w:tcPr>
          <w:p w:rsidR="00224A1D" w:rsidRDefault="00DC1069" w:rsidP="004B0F45">
            <w:pPr>
              <w:jc w:val="center"/>
            </w:pPr>
            <w:r>
              <w:rPr>
                <w:b/>
              </w:rPr>
              <w:t>Kararsızım</w:t>
            </w:r>
          </w:p>
        </w:tc>
        <w:tc>
          <w:tcPr>
            <w:tcW w:w="1495" w:type="dxa"/>
            <w:shd w:val="clear" w:color="auto" w:fill="F2F2F2"/>
          </w:tcPr>
          <w:p w:rsidR="00224A1D" w:rsidRDefault="00DC1069" w:rsidP="004B0F45">
            <w:pPr>
              <w:jc w:val="center"/>
            </w:pPr>
            <w:r>
              <w:rPr>
                <w:b/>
              </w:rPr>
              <w:t>Katılmıyorum</w:t>
            </w:r>
          </w:p>
        </w:tc>
        <w:tc>
          <w:tcPr>
            <w:tcW w:w="1495" w:type="dxa"/>
            <w:shd w:val="clear" w:color="auto" w:fill="F2F2F2"/>
          </w:tcPr>
          <w:p w:rsidR="00224A1D" w:rsidRDefault="00DC1069" w:rsidP="004B0F45">
            <w:pPr>
              <w:jc w:val="center"/>
            </w:pPr>
            <w:r>
              <w:rPr>
                <w:b/>
              </w:rPr>
              <w:t>Kesinlikle</w:t>
            </w:r>
            <w:r>
              <w:rPr>
                <w:b/>
              </w:rPr>
              <w:br/>
              <w:t>Katılmıyorum</w:t>
            </w:r>
          </w:p>
        </w:tc>
      </w:tr>
      <w:tr w:rsidR="00224A1D" w:rsidTr="004B0F45">
        <w:tc>
          <w:tcPr>
            <w:tcW w:w="1326" w:type="dxa"/>
          </w:tcPr>
          <w:p w:rsidR="00224A1D" w:rsidRDefault="00DC1069" w:rsidP="004B0F45">
            <w:pPr>
              <w:jc w:val="center"/>
            </w:pPr>
            <w:r>
              <w:t>1</w:t>
            </w:r>
          </w:p>
        </w:tc>
        <w:tc>
          <w:tcPr>
            <w:tcW w:w="1945" w:type="dxa"/>
          </w:tcPr>
          <w:p w:rsidR="00224A1D" w:rsidRDefault="00DC1069" w:rsidP="004B0F45">
            <w:r>
              <w:t>Okulda aldığım teorik dersler, işletmedeki teknik uygulamaları anlamamda yeterli oldu.</w:t>
            </w:r>
          </w:p>
        </w:tc>
        <w:tc>
          <w:tcPr>
            <w:tcW w:w="1317" w:type="dxa"/>
          </w:tcPr>
          <w:p w:rsidR="00224A1D" w:rsidRDefault="00224A1D" w:rsidP="004B0F45">
            <w:pPr>
              <w:jc w:val="center"/>
            </w:pPr>
          </w:p>
        </w:tc>
        <w:tc>
          <w:tcPr>
            <w:tcW w:w="1409" w:type="dxa"/>
          </w:tcPr>
          <w:p w:rsidR="00224A1D" w:rsidRDefault="00224A1D" w:rsidP="004B0F45">
            <w:pPr>
              <w:jc w:val="center"/>
            </w:pPr>
          </w:p>
        </w:tc>
        <w:tc>
          <w:tcPr>
            <w:tcW w:w="1401" w:type="dxa"/>
          </w:tcPr>
          <w:p w:rsidR="00224A1D" w:rsidRDefault="00224A1D" w:rsidP="004B0F45">
            <w:pPr>
              <w:jc w:val="center"/>
            </w:pPr>
          </w:p>
        </w:tc>
        <w:tc>
          <w:tcPr>
            <w:tcW w:w="1495" w:type="dxa"/>
          </w:tcPr>
          <w:p w:rsidR="00224A1D" w:rsidRDefault="00224A1D" w:rsidP="004B0F45">
            <w:pPr>
              <w:jc w:val="center"/>
            </w:pPr>
          </w:p>
        </w:tc>
        <w:tc>
          <w:tcPr>
            <w:tcW w:w="1495" w:type="dxa"/>
          </w:tcPr>
          <w:p w:rsidR="00224A1D" w:rsidRDefault="00224A1D" w:rsidP="004B0F45">
            <w:pPr>
              <w:jc w:val="center"/>
            </w:pPr>
          </w:p>
        </w:tc>
      </w:tr>
      <w:tr w:rsidR="00224A1D" w:rsidTr="004B0F45">
        <w:tc>
          <w:tcPr>
            <w:tcW w:w="1326" w:type="dxa"/>
          </w:tcPr>
          <w:p w:rsidR="00224A1D" w:rsidRDefault="00DC1069" w:rsidP="004B0F45">
            <w:pPr>
              <w:jc w:val="center"/>
            </w:pPr>
            <w:r>
              <w:t>2</w:t>
            </w:r>
          </w:p>
        </w:tc>
        <w:tc>
          <w:tcPr>
            <w:tcW w:w="1945" w:type="dxa"/>
          </w:tcPr>
          <w:p w:rsidR="00224A1D" w:rsidRDefault="00DC1069" w:rsidP="004B0F45">
            <w:r>
              <w:t>Doğalgaz Tesisatı derslerinde gördüğüm hesaplamalar ve şebeke kuralları sahada doğrudan işime yaradı.</w:t>
            </w:r>
          </w:p>
        </w:tc>
        <w:tc>
          <w:tcPr>
            <w:tcW w:w="1317" w:type="dxa"/>
          </w:tcPr>
          <w:p w:rsidR="00224A1D" w:rsidRDefault="00224A1D" w:rsidP="004B0F45">
            <w:pPr>
              <w:jc w:val="center"/>
            </w:pPr>
          </w:p>
        </w:tc>
        <w:tc>
          <w:tcPr>
            <w:tcW w:w="1409" w:type="dxa"/>
          </w:tcPr>
          <w:p w:rsidR="00224A1D" w:rsidRDefault="00224A1D" w:rsidP="004B0F45">
            <w:pPr>
              <w:jc w:val="center"/>
            </w:pPr>
          </w:p>
        </w:tc>
        <w:tc>
          <w:tcPr>
            <w:tcW w:w="1401" w:type="dxa"/>
          </w:tcPr>
          <w:p w:rsidR="00224A1D" w:rsidRDefault="00224A1D" w:rsidP="004B0F45">
            <w:pPr>
              <w:jc w:val="center"/>
            </w:pPr>
          </w:p>
        </w:tc>
        <w:tc>
          <w:tcPr>
            <w:tcW w:w="1495" w:type="dxa"/>
          </w:tcPr>
          <w:p w:rsidR="00224A1D" w:rsidRDefault="00224A1D" w:rsidP="004B0F45">
            <w:pPr>
              <w:jc w:val="center"/>
            </w:pPr>
          </w:p>
        </w:tc>
        <w:tc>
          <w:tcPr>
            <w:tcW w:w="1495" w:type="dxa"/>
          </w:tcPr>
          <w:p w:rsidR="00224A1D" w:rsidRDefault="00224A1D" w:rsidP="004B0F45">
            <w:pPr>
              <w:jc w:val="center"/>
            </w:pPr>
          </w:p>
        </w:tc>
      </w:tr>
      <w:tr w:rsidR="00224A1D" w:rsidTr="004B0F45">
        <w:tc>
          <w:tcPr>
            <w:tcW w:w="1326" w:type="dxa"/>
          </w:tcPr>
          <w:p w:rsidR="00224A1D" w:rsidRDefault="00DC1069" w:rsidP="004B0F45">
            <w:pPr>
              <w:jc w:val="center"/>
            </w:pPr>
            <w:r>
              <w:t>3</w:t>
            </w:r>
          </w:p>
        </w:tc>
        <w:tc>
          <w:tcPr>
            <w:tcW w:w="1945" w:type="dxa"/>
          </w:tcPr>
          <w:p w:rsidR="00224A1D" w:rsidRDefault="00DC1069" w:rsidP="004B0F45">
            <w:r>
              <w:t>Isıtma Sistemleri dersinde öğrendiğim donanım ve kapasite seçimi esasları firmada karşılık buldu.</w:t>
            </w:r>
          </w:p>
        </w:tc>
        <w:tc>
          <w:tcPr>
            <w:tcW w:w="1317" w:type="dxa"/>
          </w:tcPr>
          <w:p w:rsidR="00224A1D" w:rsidRDefault="00224A1D" w:rsidP="004B0F45">
            <w:pPr>
              <w:jc w:val="center"/>
            </w:pPr>
          </w:p>
        </w:tc>
        <w:tc>
          <w:tcPr>
            <w:tcW w:w="1409" w:type="dxa"/>
          </w:tcPr>
          <w:p w:rsidR="00224A1D" w:rsidRDefault="00224A1D" w:rsidP="004B0F45">
            <w:pPr>
              <w:jc w:val="center"/>
            </w:pPr>
          </w:p>
        </w:tc>
        <w:tc>
          <w:tcPr>
            <w:tcW w:w="1401" w:type="dxa"/>
          </w:tcPr>
          <w:p w:rsidR="00224A1D" w:rsidRDefault="00224A1D" w:rsidP="004B0F45">
            <w:pPr>
              <w:jc w:val="center"/>
            </w:pPr>
          </w:p>
        </w:tc>
        <w:tc>
          <w:tcPr>
            <w:tcW w:w="1495" w:type="dxa"/>
          </w:tcPr>
          <w:p w:rsidR="00224A1D" w:rsidRDefault="00224A1D" w:rsidP="004B0F45">
            <w:pPr>
              <w:jc w:val="center"/>
            </w:pPr>
          </w:p>
        </w:tc>
        <w:tc>
          <w:tcPr>
            <w:tcW w:w="1495" w:type="dxa"/>
          </w:tcPr>
          <w:p w:rsidR="00224A1D" w:rsidRDefault="00224A1D" w:rsidP="004B0F45">
            <w:pPr>
              <w:jc w:val="center"/>
            </w:pPr>
          </w:p>
        </w:tc>
      </w:tr>
      <w:tr w:rsidR="00224A1D" w:rsidTr="004B0F45">
        <w:tc>
          <w:tcPr>
            <w:tcW w:w="1326" w:type="dxa"/>
          </w:tcPr>
          <w:p w:rsidR="00224A1D" w:rsidRDefault="00A52EDF" w:rsidP="004B0F45">
            <w:pPr>
              <w:jc w:val="center"/>
            </w:pPr>
            <w:r>
              <w:t>4</w:t>
            </w:r>
          </w:p>
        </w:tc>
        <w:tc>
          <w:tcPr>
            <w:tcW w:w="1945" w:type="dxa"/>
          </w:tcPr>
          <w:p w:rsidR="00224A1D" w:rsidRDefault="00DC1069" w:rsidP="004B0F45">
            <w:r>
              <w:t>Firma bünyesinde kullanılan bilgisayar destekli tasarım/çizim programlarında kendimi yeterli gördüm.</w:t>
            </w:r>
          </w:p>
        </w:tc>
        <w:tc>
          <w:tcPr>
            <w:tcW w:w="1317" w:type="dxa"/>
          </w:tcPr>
          <w:p w:rsidR="00224A1D" w:rsidRDefault="00224A1D" w:rsidP="004B0F45">
            <w:pPr>
              <w:jc w:val="center"/>
            </w:pPr>
          </w:p>
        </w:tc>
        <w:tc>
          <w:tcPr>
            <w:tcW w:w="1409" w:type="dxa"/>
          </w:tcPr>
          <w:p w:rsidR="00224A1D" w:rsidRDefault="00224A1D" w:rsidP="004B0F45">
            <w:pPr>
              <w:jc w:val="center"/>
            </w:pPr>
          </w:p>
        </w:tc>
        <w:tc>
          <w:tcPr>
            <w:tcW w:w="1401" w:type="dxa"/>
          </w:tcPr>
          <w:p w:rsidR="00224A1D" w:rsidRDefault="00224A1D" w:rsidP="004B0F45">
            <w:pPr>
              <w:jc w:val="center"/>
            </w:pPr>
          </w:p>
        </w:tc>
        <w:tc>
          <w:tcPr>
            <w:tcW w:w="1495" w:type="dxa"/>
          </w:tcPr>
          <w:p w:rsidR="00224A1D" w:rsidRDefault="00224A1D" w:rsidP="004B0F45">
            <w:pPr>
              <w:jc w:val="center"/>
            </w:pPr>
          </w:p>
        </w:tc>
        <w:tc>
          <w:tcPr>
            <w:tcW w:w="1495" w:type="dxa"/>
          </w:tcPr>
          <w:p w:rsidR="00224A1D" w:rsidRDefault="00224A1D" w:rsidP="004B0F45">
            <w:pPr>
              <w:jc w:val="center"/>
            </w:pPr>
          </w:p>
        </w:tc>
      </w:tr>
    </w:tbl>
    <w:p w:rsidR="00224A1D" w:rsidRDefault="00DC1069">
      <w:pPr>
        <w:spacing w:before="200"/>
      </w:pPr>
      <w:r>
        <w:rPr>
          <w:b/>
        </w:rPr>
        <w:t>1. Saha uygulamaları esnasında okulda görmediğinizi veya eksik gördüğünüzü fark ettiğiniz teorik/pratik konular nelerdir?</w:t>
      </w:r>
      <w:r>
        <w:rPr>
          <w:b/>
        </w:rPr>
        <w:br/>
      </w:r>
      <w:r>
        <w:t>.........................................................................................................................................</w:t>
      </w:r>
      <w:r w:rsidR="00204358">
        <w:t>...............................</w:t>
      </w:r>
    </w:p>
    <w:p w:rsidR="00224A1D" w:rsidRDefault="00DC1069" w:rsidP="00204358">
      <w:r>
        <w:rPr>
          <w:b/>
        </w:rPr>
        <w:t xml:space="preserve">2. Müfredatımıza yeni bir ders ekleme veya </w:t>
      </w:r>
      <w:proofErr w:type="spellStart"/>
      <w:r>
        <w:rPr>
          <w:b/>
        </w:rPr>
        <w:t>mevcut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ders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içeriklerini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değiştirme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şansınız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olsaydı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sahadaki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deneyimlerinize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dayanarak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öneriniz</w:t>
      </w:r>
      <w:proofErr w:type="spellEnd"/>
      <w:r>
        <w:rPr>
          <w:b/>
        </w:rPr>
        <w:t xml:space="preserve"> ne olurdu?</w:t>
      </w:r>
      <w:r>
        <w:rPr>
          <w:b/>
        </w:rPr>
        <w:br/>
      </w:r>
      <w:r>
        <w:t>........................................................................................................................................................................</w:t>
      </w:r>
      <w:r>
        <w:br/>
      </w:r>
      <w:proofErr w:type="spellStart"/>
      <w:r>
        <w:t>Tarih</w:t>
      </w:r>
      <w:proofErr w:type="spellEnd"/>
      <w:r>
        <w:t xml:space="preserve">: .... </w:t>
      </w:r>
      <w:proofErr w:type="gramStart"/>
      <w:r>
        <w:t>/ ....</w:t>
      </w:r>
      <w:proofErr w:type="gramEnd"/>
      <w:r>
        <w:t xml:space="preserve"> / 202...</w:t>
      </w:r>
      <w:r>
        <w:br/>
        <w:t>Öğrenci İmza: ........................</w:t>
      </w:r>
    </w:p>
    <w:p w:rsidR="00224A1D" w:rsidRDefault="00DC1069">
      <w:pPr>
        <w:spacing w:after="240"/>
        <w:jc w:val="center"/>
      </w:pPr>
      <w:r>
        <w:rPr>
          <w:b/>
          <w:sz w:val="22"/>
        </w:rPr>
        <w:lastRenderedPageBreak/>
        <w:t>T.C.</w:t>
      </w:r>
      <w:r>
        <w:rPr>
          <w:b/>
          <w:sz w:val="22"/>
        </w:rPr>
        <w:br/>
        <w:t>KAHRAMANMARAŞ SÜTÇÜ İMAM ÜNİVERSİTESİ</w:t>
      </w:r>
      <w:r>
        <w:rPr>
          <w:b/>
          <w:sz w:val="22"/>
        </w:rPr>
        <w:br/>
        <w:t>TEKNİK BİLİMLER MESLEK YÜKSEKOKULU / ELEKTRİK VE ENERJİ BÖLÜMÜ</w:t>
      </w:r>
      <w:r>
        <w:rPr>
          <w:b/>
          <w:sz w:val="22"/>
        </w:rPr>
        <w:br/>
        <w:t>DOĞALGAZ VE TESİSATI TEKNOLOJİSİ PROGRAMI</w:t>
      </w:r>
      <w:r>
        <w:rPr>
          <w:b/>
          <w:sz w:val="22"/>
        </w:rPr>
        <w:br/>
        <w:t>İŞYERİ (DIŞ PAYDAŞ) ÖĞRENCİ VE MÜFREADAT DEĞERLENDİRME FORMU</w:t>
      </w:r>
    </w:p>
    <w:p w:rsidR="00224A1D" w:rsidRDefault="00DC1069" w:rsidP="00DC1069">
      <w:pPr>
        <w:spacing w:after="120" w:line="240" w:lineRule="auto"/>
      </w:pPr>
      <w:r>
        <w:rPr>
          <w:b/>
        </w:rPr>
        <w:t xml:space="preserve">• Kuruluş / Firma Adı: </w:t>
      </w:r>
      <w:r>
        <w:t>............................................................</w:t>
      </w:r>
      <w:r>
        <w:br/>
      </w:r>
      <w:r>
        <w:rPr>
          <w:b/>
        </w:rPr>
        <w:t xml:space="preserve">• Değerlendiren Yetkilinin Adı Soyadı / Unvanı: </w:t>
      </w:r>
      <w:r>
        <w:t>............................................................</w:t>
      </w:r>
      <w:r>
        <w:br/>
      </w:r>
      <w:r>
        <w:rPr>
          <w:b/>
        </w:rPr>
        <w:t xml:space="preserve">• Değerlendirilen Öğrencinin Adı Soyadı: </w:t>
      </w:r>
      <w:r>
        <w:t>............................................................</w:t>
      </w:r>
    </w:p>
    <w:p w:rsidR="00DD4875" w:rsidRDefault="00DC1069" w:rsidP="00DC1069">
      <w:pPr>
        <w:spacing w:after="0" w:line="240" w:lineRule="auto"/>
        <w:jc w:val="both"/>
      </w:pPr>
      <w:r>
        <w:t xml:space="preserve">Açıklama: Değerli Dış Paydaşımız, bu form programımızın eğitim amaçlarını sizlerin (sanayinin) ihtiyaçlarına göre revize etmek amacıyla PUKÖ kalite döngüsü kapsamında hazırlanmıştır. Öğrencimizin firmanızdaki teknik yeterliliğini göz </w:t>
      </w:r>
      <w:proofErr w:type="spellStart"/>
      <w:r>
        <w:t>önünde</w:t>
      </w:r>
      <w:proofErr w:type="spellEnd"/>
      <w:r>
        <w:t xml:space="preserve"> </w:t>
      </w:r>
      <w:proofErr w:type="spellStart"/>
      <w:r>
        <w:t>bulundurarak</w:t>
      </w:r>
      <w:proofErr w:type="spellEnd"/>
      <w:r>
        <w:t xml:space="preserve"> </w:t>
      </w:r>
      <w:proofErr w:type="spellStart"/>
      <w:r>
        <w:t>maddeleri</w:t>
      </w:r>
      <w:proofErr w:type="spellEnd"/>
      <w:r>
        <w:t xml:space="preserve"> </w:t>
      </w:r>
      <w:proofErr w:type="spellStart"/>
      <w:r>
        <w:t>değerlendiriniz</w:t>
      </w:r>
      <w:proofErr w:type="spellEnd"/>
    </w:p>
    <w:p w:rsidR="00224A1D" w:rsidRDefault="00DC1069" w:rsidP="00DC1069">
      <w:pPr>
        <w:spacing w:after="0" w:line="240" w:lineRule="auto"/>
        <w:jc w:val="both"/>
      </w:pPr>
      <w:bookmarkStart w:id="0" w:name="_GoBack"/>
      <w:bookmarkEnd w:id="0"/>
      <w:r>
        <w:t>.</w:t>
      </w:r>
    </w:p>
    <w:tbl>
      <w:tblPr>
        <w:tblStyle w:val="TabloKlavuzu"/>
        <w:tblW w:w="10162" w:type="dxa"/>
        <w:tblLook w:val="04A0" w:firstRow="1" w:lastRow="0" w:firstColumn="1" w:lastColumn="0" w:noHBand="0" w:noVBand="1"/>
      </w:tblPr>
      <w:tblGrid>
        <w:gridCol w:w="1418"/>
        <w:gridCol w:w="2121"/>
        <w:gridCol w:w="952"/>
        <w:gridCol w:w="1418"/>
        <w:gridCol w:w="1417"/>
        <w:gridCol w:w="1418"/>
        <w:gridCol w:w="1418"/>
      </w:tblGrid>
      <w:tr w:rsidR="00224A1D" w:rsidTr="00204358">
        <w:tc>
          <w:tcPr>
            <w:tcW w:w="1418" w:type="dxa"/>
            <w:shd w:val="clear" w:color="auto" w:fill="F2F2F2"/>
          </w:tcPr>
          <w:p w:rsidR="00224A1D" w:rsidRDefault="00DC1069" w:rsidP="00A52EDF">
            <w:pPr>
              <w:jc w:val="center"/>
            </w:pPr>
            <w:r>
              <w:rPr>
                <w:b/>
              </w:rPr>
              <w:t>No</w:t>
            </w:r>
          </w:p>
        </w:tc>
        <w:tc>
          <w:tcPr>
            <w:tcW w:w="2121" w:type="dxa"/>
            <w:shd w:val="clear" w:color="auto" w:fill="F2F2F2"/>
          </w:tcPr>
          <w:p w:rsidR="00224A1D" w:rsidRDefault="00DC1069" w:rsidP="00A52EDF">
            <w:pPr>
              <w:jc w:val="center"/>
            </w:pPr>
            <w:r>
              <w:rPr>
                <w:b/>
              </w:rPr>
              <w:t>Müfredat ve Teknik Yeterlilik Göstergeleri</w:t>
            </w:r>
          </w:p>
        </w:tc>
        <w:tc>
          <w:tcPr>
            <w:tcW w:w="952" w:type="dxa"/>
            <w:shd w:val="clear" w:color="auto" w:fill="F2F2F2"/>
          </w:tcPr>
          <w:p w:rsidR="00224A1D" w:rsidRDefault="00DC1069" w:rsidP="00A52EDF">
            <w:pPr>
              <w:jc w:val="center"/>
            </w:pPr>
            <w:r>
              <w:rPr>
                <w:b/>
              </w:rPr>
              <w:t>Çok</w:t>
            </w:r>
            <w:r>
              <w:rPr>
                <w:b/>
              </w:rPr>
              <w:br/>
              <w:t>Başarılı</w:t>
            </w:r>
          </w:p>
        </w:tc>
        <w:tc>
          <w:tcPr>
            <w:tcW w:w="1418" w:type="dxa"/>
            <w:shd w:val="clear" w:color="auto" w:fill="F2F2F2"/>
          </w:tcPr>
          <w:p w:rsidR="00224A1D" w:rsidRDefault="00DC1069" w:rsidP="00A52EDF">
            <w:pPr>
              <w:jc w:val="center"/>
            </w:pPr>
            <w:r>
              <w:rPr>
                <w:b/>
              </w:rPr>
              <w:t>Başarılı</w:t>
            </w:r>
          </w:p>
        </w:tc>
        <w:tc>
          <w:tcPr>
            <w:tcW w:w="1417" w:type="dxa"/>
            <w:shd w:val="clear" w:color="auto" w:fill="F2F2F2"/>
          </w:tcPr>
          <w:p w:rsidR="00224A1D" w:rsidRDefault="00DC1069" w:rsidP="00A52EDF">
            <w:pPr>
              <w:jc w:val="center"/>
            </w:pPr>
            <w:r>
              <w:rPr>
                <w:b/>
              </w:rPr>
              <w:t>Orta</w:t>
            </w:r>
          </w:p>
        </w:tc>
        <w:tc>
          <w:tcPr>
            <w:tcW w:w="1418" w:type="dxa"/>
            <w:shd w:val="clear" w:color="auto" w:fill="F2F2F2"/>
          </w:tcPr>
          <w:p w:rsidR="00224A1D" w:rsidRDefault="00DC1069" w:rsidP="00A52EDF">
            <w:pPr>
              <w:jc w:val="center"/>
            </w:pPr>
            <w:r>
              <w:rPr>
                <w:b/>
              </w:rPr>
              <w:t>Yetersiz</w:t>
            </w:r>
          </w:p>
        </w:tc>
        <w:tc>
          <w:tcPr>
            <w:tcW w:w="1418" w:type="dxa"/>
            <w:shd w:val="clear" w:color="auto" w:fill="F2F2F2"/>
          </w:tcPr>
          <w:p w:rsidR="00224A1D" w:rsidRDefault="00DC1069" w:rsidP="00A52EDF">
            <w:pPr>
              <w:jc w:val="center"/>
            </w:pPr>
            <w:r>
              <w:rPr>
                <w:b/>
              </w:rPr>
              <w:t>Kesinlikle</w:t>
            </w:r>
            <w:r>
              <w:rPr>
                <w:b/>
              </w:rPr>
              <w:br/>
              <w:t>Yetersiz</w:t>
            </w:r>
          </w:p>
        </w:tc>
      </w:tr>
      <w:tr w:rsidR="00224A1D" w:rsidTr="00204358">
        <w:tc>
          <w:tcPr>
            <w:tcW w:w="1418" w:type="dxa"/>
          </w:tcPr>
          <w:p w:rsidR="00224A1D" w:rsidRDefault="00DC1069" w:rsidP="00A52EDF">
            <w:pPr>
              <w:jc w:val="center"/>
            </w:pPr>
            <w:r>
              <w:t>1</w:t>
            </w:r>
          </w:p>
        </w:tc>
        <w:tc>
          <w:tcPr>
            <w:tcW w:w="2121" w:type="dxa"/>
          </w:tcPr>
          <w:p w:rsidR="00224A1D" w:rsidRDefault="00DC1069" w:rsidP="00A52EDF">
            <w:r>
              <w:t>Öğrencinin doğalgaz iç tesisatı ve alt yapı projelerini okuma, anlama ve yorumlama becerisi.</w:t>
            </w:r>
          </w:p>
        </w:tc>
        <w:tc>
          <w:tcPr>
            <w:tcW w:w="952" w:type="dxa"/>
          </w:tcPr>
          <w:p w:rsidR="00224A1D" w:rsidRDefault="00224A1D" w:rsidP="00A52EDF">
            <w:pPr>
              <w:jc w:val="center"/>
            </w:pPr>
          </w:p>
        </w:tc>
        <w:tc>
          <w:tcPr>
            <w:tcW w:w="1418" w:type="dxa"/>
          </w:tcPr>
          <w:p w:rsidR="00224A1D" w:rsidRDefault="00224A1D" w:rsidP="00A52EDF">
            <w:pPr>
              <w:jc w:val="center"/>
            </w:pPr>
          </w:p>
        </w:tc>
        <w:tc>
          <w:tcPr>
            <w:tcW w:w="1417" w:type="dxa"/>
          </w:tcPr>
          <w:p w:rsidR="00224A1D" w:rsidRDefault="00224A1D" w:rsidP="00A52EDF">
            <w:pPr>
              <w:jc w:val="center"/>
            </w:pPr>
          </w:p>
        </w:tc>
        <w:tc>
          <w:tcPr>
            <w:tcW w:w="1418" w:type="dxa"/>
          </w:tcPr>
          <w:p w:rsidR="00224A1D" w:rsidRDefault="00224A1D" w:rsidP="00A52EDF">
            <w:pPr>
              <w:jc w:val="center"/>
            </w:pPr>
          </w:p>
        </w:tc>
        <w:tc>
          <w:tcPr>
            <w:tcW w:w="1418" w:type="dxa"/>
          </w:tcPr>
          <w:p w:rsidR="00224A1D" w:rsidRDefault="00224A1D" w:rsidP="00A52EDF">
            <w:pPr>
              <w:jc w:val="center"/>
            </w:pPr>
          </w:p>
        </w:tc>
      </w:tr>
      <w:tr w:rsidR="00224A1D" w:rsidTr="00204358">
        <w:tc>
          <w:tcPr>
            <w:tcW w:w="1418" w:type="dxa"/>
          </w:tcPr>
          <w:p w:rsidR="00224A1D" w:rsidRDefault="00DC1069" w:rsidP="00A52EDF">
            <w:pPr>
              <w:jc w:val="center"/>
            </w:pPr>
            <w:r>
              <w:t>2</w:t>
            </w:r>
          </w:p>
        </w:tc>
        <w:tc>
          <w:tcPr>
            <w:tcW w:w="2121" w:type="dxa"/>
          </w:tcPr>
          <w:p w:rsidR="00224A1D" w:rsidRDefault="00DC1069" w:rsidP="00A52EDF">
            <w:r>
              <w:t>Öğrencinin mekanik tesisat, ısıtma sistemleri ve iklimlendirme donanımları hakkındaki temel teknik bilgisi.</w:t>
            </w:r>
          </w:p>
        </w:tc>
        <w:tc>
          <w:tcPr>
            <w:tcW w:w="952" w:type="dxa"/>
          </w:tcPr>
          <w:p w:rsidR="00224A1D" w:rsidRDefault="00224A1D" w:rsidP="00A52EDF">
            <w:pPr>
              <w:jc w:val="center"/>
            </w:pPr>
          </w:p>
        </w:tc>
        <w:tc>
          <w:tcPr>
            <w:tcW w:w="1418" w:type="dxa"/>
          </w:tcPr>
          <w:p w:rsidR="00224A1D" w:rsidRDefault="00224A1D" w:rsidP="00A52EDF">
            <w:pPr>
              <w:jc w:val="center"/>
            </w:pPr>
          </w:p>
        </w:tc>
        <w:tc>
          <w:tcPr>
            <w:tcW w:w="1417" w:type="dxa"/>
          </w:tcPr>
          <w:p w:rsidR="00224A1D" w:rsidRDefault="00224A1D" w:rsidP="00A52EDF">
            <w:pPr>
              <w:jc w:val="center"/>
            </w:pPr>
          </w:p>
        </w:tc>
        <w:tc>
          <w:tcPr>
            <w:tcW w:w="1418" w:type="dxa"/>
          </w:tcPr>
          <w:p w:rsidR="00224A1D" w:rsidRDefault="00224A1D" w:rsidP="00A52EDF">
            <w:pPr>
              <w:jc w:val="center"/>
            </w:pPr>
          </w:p>
        </w:tc>
        <w:tc>
          <w:tcPr>
            <w:tcW w:w="1418" w:type="dxa"/>
          </w:tcPr>
          <w:p w:rsidR="00224A1D" w:rsidRDefault="00224A1D" w:rsidP="00A52EDF">
            <w:pPr>
              <w:jc w:val="center"/>
            </w:pPr>
          </w:p>
        </w:tc>
      </w:tr>
      <w:tr w:rsidR="00224A1D" w:rsidTr="00204358">
        <w:tc>
          <w:tcPr>
            <w:tcW w:w="1418" w:type="dxa"/>
          </w:tcPr>
          <w:p w:rsidR="00224A1D" w:rsidRDefault="00DC1069" w:rsidP="00A52EDF">
            <w:pPr>
              <w:jc w:val="center"/>
            </w:pPr>
            <w:r>
              <w:t>3</w:t>
            </w:r>
          </w:p>
        </w:tc>
        <w:tc>
          <w:tcPr>
            <w:tcW w:w="2121" w:type="dxa"/>
          </w:tcPr>
          <w:p w:rsidR="00224A1D" w:rsidRDefault="00DC1069" w:rsidP="00A52EDF">
            <w:r>
              <w:t>Öğrencinin güncel yasal mevzuatlar ve standartlar (TS 7363, TS EN 13384 baca standartları vb.) hakkındaki farkındalık düzeyi.</w:t>
            </w:r>
          </w:p>
        </w:tc>
        <w:tc>
          <w:tcPr>
            <w:tcW w:w="952" w:type="dxa"/>
          </w:tcPr>
          <w:p w:rsidR="00224A1D" w:rsidRDefault="00224A1D" w:rsidP="00A52EDF">
            <w:pPr>
              <w:jc w:val="center"/>
            </w:pPr>
          </w:p>
        </w:tc>
        <w:tc>
          <w:tcPr>
            <w:tcW w:w="1418" w:type="dxa"/>
          </w:tcPr>
          <w:p w:rsidR="00224A1D" w:rsidRDefault="00224A1D" w:rsidP="00A52EDF">
            <w:pPr>
              <w:jc w:val="center"/>
            </w:pPr>
          </w:p>
        </w:tc>
        <w:tc>
          <w:tcPr>
            <w:tcW w:w="1417" w:type="dxa"/>
          </w:tcPr>
          <w:p w:rsidR="00224A1D" w:rsidRDefault="00224A1D" w:rsidP="00A52EDF">
            <w:pPr>
              <w:jc w:val="center"/>
            </w:pPr>
          </w:p>
        </w:tc>
        <w:tc>
          <w:tcPr>
            <w:tcW w:w="1418" w:type="dxa"/>
          </w:tcPr>
          <w:p w:rsidR="00224A1D" w:rsidRDefault="00224A1D" w:rsidP="00A52EDF">
            <w:pPr>
              <w:jc w:val="center"/>
            </w:pPr>
          </w:p>
        </w:tc>
        <w:tc>
          <w:tcPr>
            <w:tcW w:w="1418" w:type="dxa"/>
          </w:tcPr>
          <w:p w:rsidR="00224A1D" w:rsidRDefault="00224A1D" w:rsidP="00A52EDF">
            <w:pPr>
              <w:jc w:val="center"/>
            </w:pPr>
          </w:p>
        </w:tc>
      </w:tr>
      <w:tr w:rsidR="00224A1D" w:rsidTr="00204358">
        <w:tc>
          <w:tcPr>
            <w:tcW w:w="1418" w:type="dxa"/>
          </w:tcPr>
          <w:p w:rsidR="00224A1D" w:rsidRDefault="00204358" w:rsidP="00A52EDF">
            <w:pPr>
              <w:jc w:val="center"/>
            </w:pPr>
            <w:r>
              <w:t>4</w:t>
            </w:r>
          </w:p>
        </w:tc>
        <w:tc>
          <w:tcPr>
            <w:tcW w:w="2121" w:type="dxa"/>
          </w:tcPr>
          <w:p w:rsidR="00224A1D" w:rsidRDefault="00DC1069" w:rsidP="00A52EDF">
            <w:r>
              <w:t>Öğrencinin mesleki bilgisayar programlarını (AutoCAD, ZetaCAD vb.) uygulamada kullanma düzeyi.</w:t>
            </w:r>
          </w:p>
        </w:tc>
        <w:tc>
          <w:tcPr>
            <w:tcW w:w="952" w:type="dxa"/>
          </w:tcPr>
          <w:p w:rsidR="00224A1D" w:rsidRDefault="00224A1D" w:rsidP="00A52EDF">
            <w:pPr>
              <w:jc w:val="center"/>
            </w:pPr>
          </w:p>
        </w:tc>
        <w:tc>
          <w:tcPr>
            <w:tcW w:w="1418" w:type="dxa"/>
          </w:tcPr>
          <w:p w:rsidR="00224A1D" w:rsidRDefault="00224A1D" w:rsidP="00A52EDF">
            <w:pPr>
              <w:jc w:val="center"/>
            </w:pPr>
          </w:p>
        </w:tc>
        <w:tc>
          <w:tcPr>
            <w:tcW w:w="1417" w:type="dxa"/>
          </w:tcPr>
          <w:p w:rsidR="00224A1D" w:rsidRDefault="00224A1D" w:rsidP="00A52EDF">
            <w:pPr>
              <w:jc w:val="center"/>
            </w:pPr>
          </w:p>
        </w:tc>
        <w:tc>
          <w:tcPr>
            <w:tcW w:w="1418" w:type="dxa"/>
          </w:tcPr>
          <w:p w:rsidR="00224A1D" w:rsidRDefault="00224A1D" w:rsidP="00A52EDF">
            <w:pPr>
              <w:jc w:val="center"/>
            </w:pPr>
          </w:p>
        </w:tc>
        <w:tc>
          <w:tcPr>
            <w:tcW w:w="1418" w:type="dxa"/>
          </w:tcPr>
          <w:p w:rsidR="00224A1D" w:rsidRDefault="00224A1D" w:rsidP="00A52EDF">
            <w:pPr>
              <w:jc w:val="center"/>
            </w:pPr>
          </w:p>
        </w:tc>
      </w:tr>
    </w:tbl>
    <w:p w:rsidR="00224A1D" w:rsidRDefault="00DC1069">
      <w:pPr>
        <w:spacing w:before="200"/>
      </w:pPr>
      <w:r>
        <w:rPr>
          <w:b/>
        </w:rPr>
        <w:t xml:space="preserve">1. Öğrencimizin firmanızdaki çalışmaları esnasında teorik altyapısında tespit ettiğiniz en belirgin eksiklik / geliştirilmesi gereken </w:t>
      </w:r>
      <w:proofErr w:type="gramStart"/>
      <w:r>
        <w:rPr>
          <w:b/>
        </w:rPr>
        <w:t>alan</w:t>
      </w:r>
      <w:proofErr w:type="gramEnd"/>
      <w:r>
        <w:rPr>
          <w:b/>
        </w:rPr>
        <w:t xml:space="preserve"> nedir? </w:t>
      </w:r>
      <w:r>
        <w:br/>
        <w:t>.........................................................................................................................................</w:t>
      </w:r>
      <w:r w:rsidR="00204358">
        <w:t>...............................</w:t>
      </w:r>
    </w:p>
    <w:p w:rsidR="00224A1D" w:rsidRDefault="00DC1069">
      <w:r>
        <w:rPr>
          <w:b/>
        </w:rPr>
        <w:t>2. Sektördeki güncel teknolojik gelişmeler ve büyüme eğilimleri göz önüne alındığında; Doğalgaz ve Tesisatı Teknolojisi müfredatına hangi güncel konuların veya derslerin eklenmesini önerirsiniz?</w:t>
      </w:r>
      <w:r>
        <w:rPr>
          <w:b/>
        </w:rPr>
        <w:br/>
      </w:r>
      <w:r>
        <w:t>.........................................................................................................................................</w:t>
      </w:r>
      <w:r w:rsidR="00204358">
        <w:t>...............................</w:t>
      </w:r>
    </w:p>
    <w:p w:rsidR="00224A1D" w:rsidRDefault="00DC1069">
      <w:r>
        <w:rPr>
          <w:b/>
        </w:rPr>
        <w:t xml:space="preserve">3. Gelecek dönemlerde firmamız bünyesinde istihdam edilmek </w:t>
      </w:r>
      <w:proofErr w:type="spellStart"/>
      <w:r>
        <w:rPr>
          <w:b/>
        </w:rPr>
        <w:t>üzere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öğrenci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kontenjanı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artırım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talebiniz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mıdır</w:t>
      </w:r>
      <w:proofErr w:type="spellEnd"/>
      <w:r>
        <w:rPr>
          <w:b/>
        </w:rPr>
        <w:t>?</w:t>
      </w:r>
    </w:p>
    <w:p w:rsidR="00224A1D" w:rsidRDefault="00DC1069">
      <w:pPr>
        <w:spacing w:before="240"/>
        <w:jc w:val="right"/>
      </w:pPr>
      <w:r>
        <w:t xml:space="preserve">Tarih: .... </w:t>
      </w:r>
      <w:proofErr w:type="gramStart"/>
      <w:r>
        <w:t>/ ....</w:t>
      </w:r>
      <w:proofErr w:type="gramEnd"/>
      <w:r>
        <w:t xml:space="preserve"> / 202...</w:t>
      </w:r>
      <w:r>
        <w:br/>
        <w:t>Firma Yetkilisi Kaşe / İmza: ........................</w:t>
      </w:r>
    </w:p>
    <w:sectPr w:rsidR="00224A1D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04358"/>
    <w:rsid w:val="00224A1D"/>
    <w:rsid w:val="0029639D"/>
    <w:rsid w:val="00326F90"/>
    <w:rsid w:val="004B0F45"/>
    <w:rsid w:val="00A52EDF"/>
    <w:rsid w:val="00AA1D8D"/>
    <w:rsid w:val="00B47730"/>
    <w:rsid w:val="00CB0664"/>
    <w:rsid w:val="00DC1069"/>
    <w:rsid w:val="00DD487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CD5270EF-1F73-40A3-93F4-AC1199EF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5A6E042-2595-4E13-A313-5E7B3FA78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615</Words>
  <Characters>3507</Characters>
  <Application>Microsoft Office Word</Application>
  <DocSecurity>0</DocSecurity>
  <Lines>29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4114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2026-06-22T15:00:00Z</dcterms:created>
  <dcterms:modified xsi:type="dcterms:W3CDTF">2026-06-22T15:13:00Z</dcterms:modified>
  <cp:category/>
</cp:coreProperties>
</file>